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E7237" w14:textId="77777777" w:rsidR="00583C11" w:rsidRPr="003355FF" w:rsidRDefault="00B50DAF">
      <w:pPr>
        <w:jc w:val="right"/>
        <w:rPr>
          <w:rFonts w:asciiTheme="majorHAnsi" w:hAnsiTheme="majorHAnsi" w:cstheme="majorHAnsi"/>
          <w:bCs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Cs/>
          <w:sz w:val="24"/>
          <w:szCs w:val="24"/>
          <w:lang w:val="it-IT"/>
        </w:rPr>
        <w:t>Al Dirigente Scolastico</w:t>
      </w:r>
      <w:r w:rsidRPr="003355FF">
        <w:rPr>
          <w:rFonts w:asciiTheme="majorHAnsi" w:hAnsiTheme="majorHAnsi" w:cstheme="majorHAnsi"/>
          <w:bCs/>
          <w:sz w:val="24"/>
          <w:szCs w:val="24"/>
          <w:lang w:val="it-IT"/>
        </w:rPr>
        <w:br/>
        <w:t>I.I.S.S. "S. Pugliatti"</w:t>
      </w:r>
      <w:r w:rsidRPr="003355FF">
        <w:rPr>
          <w:rFonts w:asciiTheme="majorHAnsi" w:hAnsiTheme="majorHAnsi" w:cstheme="majorHAnsi"/>
          <w:bCs/>
          <w:sz w:val="24"/>
          <w:szCs w:val="24"/>
          <w:lang w:val="it-IT"/>
        </w:rPr>
        <w:br/>
        <w:t>Taormina (ME)</w:t>
      </w:r>
    </w:p>
    <w:p w14:paraId="227077EE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4FB5B808" w14:textId="77777777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OGGETTO: Richiesta di fruizione dei benefici previsti dalla Legge 104/1992 (art. 33)</w:t>
      </w:r>
    </w:p>
    <w:p w14:paraId="0961EB31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0C8879F1" w14:textId="259D9237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 xml:space="preserve">Il/La sottoscritto/a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_____________________________________________________________________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nato/a </w:t>
      </w:r>
      <w:proofErr w:type="spellStart"/>
      <w:r w:rsidRPr="003355FF">
        <w:rPr>
          <w:rFonts w:asciiTheme="majorHAnsi" w:hAnsiTheme="majorHAnsi" w:cstheme="majorHAnsi"/>
          <w:sz w:val="24"/>
          <w:szCs w:val="24"/>
          <w:lang w:val="it-IT"/>
        </w:rPr>
        <w:t>a</w:t>
      </w:r>
      <w:proofErr w:type="spell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__________________________________ (Prov. _____) il ____/____/________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residente a _______________________________ (Prov. _____) Via ________________________________ n. 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Codice Fiscale _______________________________________________________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Recapito Telefonico ___________________________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PEO _______________________________________</w:t>
      </w:r>
    </w:p>
    <w:p w14:paraId="6ABABC6F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18DBDCC5" w14:textId="6816C22C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in servizio presso l'I.I.S.S. "S. Pugliatti" di Taormina in qualità di: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Docente   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ATA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Assistente Amministrativo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proofErr w:type="gramStart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ATA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Collaboratore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Scolastico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A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ta Assistente </w:t>
      </w:r>
      <w:proofErr w:type="gramStart"/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tecnico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: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con contratto a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Tempo Indeterminato    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Tempo Determinato</w:t>
      </w:r>
    </w:p>
    <w:p w14:paraId="45B1415D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3C2577C9" w14:textId="77777777" w:rsidR="00583C11" w:rsidRPr="003355FF" w:rsidRDefault="00B50DAF">
      <w:pPr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DICHIARA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i/>
          <w:sz w:val="24"/>
          <w:szCs w:val="24"/>
          <w:lang w:val="it-IT"/>
        </w:rPr>
        <w:t xml:space="preserve">(ai sensi del D.P.R. 445/2000 e in applicazione dell’art. 33 della L. 104/1992 e </w:t>
      </w:r>
      <w:proofErr w:type="spellStart"/>
      <w:r w:rsidRPr="003355FF">
        <w:rPr>
          <w:rFonts w:asciiTheme="majorHAnsi" w:hAnsiTheme="majorHAnsi" w:cstheme="majorHAnsi"/>
          <w:i/>
          <w:sz w:val="24"/>
          <w:szCs w:val="24"/>
          <w:lang w:val="it-IT"/>
        </w:rPr>
        <w:t>D.Lgs.</w:t>
      </w:r>
      <w:proofErr w:type="spellEnd"/>
      <w:r w:rsidRPr="003355FF">
        <w:rPr>
          <w:rFonts w:asciiTheme="majorHAnsi" w:hAnsiTheme="majorHAnsi" w:cstheme="majorHAnsi"/>
          <w:i/>
          <w:sz w:val="24"/>
          <w:szCs w:val="24"/>
          <w:lang w:val="it-IT"/>
        </w:rPr>
        <w:t xml:space="preserve"> 105/2022)</w:t>
      </w:r>
    </w:p>
    <w:p w14:paraId="25980D0B" w14:textId="55391997" w:rsidR="003355FF" w:rsidRPr="003355FF" w:rsidRDefault="003355FF" w:rsidP="003355FF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 xml:space="preserve">Di essere persona disabile beneficiaria dell’art. 3 comma 3 </w:t>
      </w:r>
      <w:r>
        <w:rPr>
          <w:lang w:val="it-IT"/>
        </w:rPr>
        <w:sym w:font="Symbol" w:char="F09F"/>
      </w:r>
    </w:p>
    <w:p w14:paraId="1A10F0DD" w14:textId="50AA053E" w:rsidR="003355FF" w:rsidRPr="003355FF" w:rsidRDefault="00B50DAF" w:rsidP="003355FF">
      <w:pPr>
        <w:pStyle w:val="Paragrafoelenco"/>
        <w:numPr>
          <w:ilvl w:val="0"/>
          <w:numId w:val="10"/>
        </w:numPr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 xml:space="preserve">Di essere parente/affine della persona da assistere di: </w:t>
      </w:r>
      <w:r w:rsidR="003355FF" w:rsidRPr="003355FF">
        <w:rPr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1° grado    </w:t>
      </w:r>
      <w:r w:rsidR="003355FF" w:rsidRPr="003355FF">
        <w:rPr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2° grado    </w:t>
      </w:r>
      <w:r w:rsidR="003355FF" w:rsidRPr="003355FF">
        <w:rPr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3° grado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Rapporto di parentela/affinità: ___________________________________________________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 xml:space="preserve">   Dati del familiare disabile: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Sig./Sig.ra _________________________________________________________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Nato/a </w:t>
      </w:r>
      <w:proofErr w:type="spellStart"/>
      <w:r w:rsidRPr="003355FF">
        <w:rPr>
          <w:rFonts w:asciiTheme="majorHAnsi" w:hAnsiTheme="majorHAnsi" w:cstheme="majorHAnsi"/>
          <w:sz w:val="24"/>
          <w:szCs w:val="24"/>
          <w:lang w:val="it-IT"/>
        </w:rPr>
        <w:t>a</w:t>
      </w:r>
      <w:proofErr w:type="spell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________________________________ (Prov. _____) il ____/____/________ C.F. _______________________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Residente a _____________________________ (Prov. _____) Via ________________________________ n. _____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="003355FF" w:rsidRPr="003355FF">
        <w:rPr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Convivente    </w:t>
      </w:r>
      <w:r w:rsidR="003355FF" w:rsidRPr="003355FF">
        <w:rPr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Non convivente</w:t>
      </w:r>
    </w:p>
    <w:p w14:paraId="04711C2F" w14:textId="7ED3AFEC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sz w:val="24"/>
          <w:szCs w:val="24"/>
          <w:lang w:val="it-IT"/>
        </w:rPr>
        <w:lastRenderedPageBreak/>
        <w:br/>
      </w:r>
    </w:p>
    <w:p w14:paraId="0252F977" w14:textId="4BF66D52" w:rsidR="00583C11" w:rsidRPr="003355FF" w:rsidRDefault="003355FF">
      <w:pPr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b/>
          <w:sz w:val="24"/>
          <w:szCs w:val="24"/>
          <w:lang w:val="it-IT"/>
        </w:rPr>
        <w:t>3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t>. Che il familiare sopra indicato: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• È stato riconosciuto persona con disabilità in situazione di gravità (art. 3, c. 3, L. 104/92).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• L'accertamento sanitario </w:t>
      </w:r>
      <w:proofErr w:type="gramStart"/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è:   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IRRIVEDIBILE   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>RIVEDIBILE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• È in vita e NON è ricoverato a tempo pieno presso strutture sanitarie che forniscono assistenza H24.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• È lavoratore </w:t>
      </w:r>
      <w:proofErr w:type="gramStart"/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dipendente:   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NO   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>SI (Azienda/Ente: _________________________________________)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</w:p>
    <w:p w14:paraId="4438FB29" w14:textId="1530B55E" w:rsidR="00583C11" w:rsidRPr="003355FF" w:rsidRDefault="003355FF">
      <w:pPr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b/>
          <w:sz w:val="24"/>
          <w:szCs w:val="24"/>
          <w:lang w:val="it-IT"/>
        </w:rPr>
        <w:t>4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t>. Di essere a conoscenza che: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• I permessi possono essere fruiti in via alternativa tra più beneficiari entro il limite dei 3 giorni mensili.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• Se la distanza tra le abitazioni supera i 150 km, occorre attestare il viaggio con idonea documentazione.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br/>
        <w:t xml:space="preserve">   • Sussiste l'obbligo di prestare effettiva assistenza e di comunicare tempestivamente ogni variazione.</w:t>
      </w:r>
    </w:p>
    <w:p w14:paraId="59081ED3" w14:textId="15830089" w:rsidR="00583C11" w:rsidRPr="003355FF" w:rsidRDefault="003355FF">
      <w:pPr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b/>
          <w:sz w:val="24"/>
          <w:szCs w:val="24"/>
          <w:lang w:val="it-IT"/>
        </w:rPr>
        <w:t>5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t>. Altri familiari che usufruiscono dei permessi per lo stesso disabile:</w:t>
      </w:r>
      <w:r w:rsidR="00B50DAF"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Nessuno   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B50DAF" w:rsidRPr="003355FF">
        <w:rPr>
          <w:rFonts w:asciiTheme="majorHAnsi" w:hAnsiTheme="majorHAnsi" w:cstheme="majorHAnsi"/>
          <w:sz w:val="24"/>
          <w:szCs w:val="24"/>
          <w:lang w:val="it-IT"/>
        </w:rPr>
        <w:t>Altro familiare (Cognome e Nome): __________________________________________________</w:t>
      </w:r>
    </w:p>
    <w:p w14:paraId="279367B6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5CFE6989" w14:textId="77777777" w:rsidR="00583C11" w:rsidRPr="003355FF" w:rsidRDefault="00B50DAF">
      <w:pPr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CHIEDE</w:t>
      </w:r>
    </w:p>
    <w:p w14:paraId="2723A45B" w14:textId="465B7F21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Di poter usufruire dei benefici previsti dall'art. 33, c. 3, della L. 104/1992 per </w:t>
      </w:r>
      <w:proofErr w:type="spellStart"/>
      <w:r w:rsidRPr="003355FF">
        <w:rPr>
          <w:rFonts w:asciiTheme="majorHAnsi" w:hAnsiTheme="majorHAnsi" w:cstheme="majorHAnsi"/>
          <w:sz w:val="24"/>
          <w:szCs w:val="24"/>
          <w:lang w:val="it-IT"/>
        </w:rPr>
        <w:t>l'a.s.</w:t>
      </w:r>
      <w:proofErr w:type="spell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2026/2027 secondo le seguenti modalità: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3355FF">
        <w:rPr>
          <w:rFonts w:asciiTheme="majorHAnsi" w:hAnsiTheme="majorHAnsi" w:cstheme="majorHAnsi"/>
          <w:sz w:val="24"/>
          <w:szCs w:val="24"/>
          <w:lang w:val="it-IT"/>
        </w:rPr>
        <w:t>giornaliera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sym w:font="Symbol" w:char="F09F"/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3355FF">
        <w:rPr>
          <w:rFonts w:asciiTheme="majorHAnsi" w:hAnsiTheme="majorHAnsi" w:cstheme="majorHAnsi"/>
          <w:sz w:val="24"/>
          <w:szCs w:val="24"/>
          <w:lang w:val="it-IT"/>
        </w:rPr>
        <w:t xml:space="preserve">oraria </w:t>
      </w:r>
      <w:proofErr w:type="gramStart"/>
      <w:r w:rsidR="003355FF">
        <w:rPr>
          <w:rFonts w:asciiTheme="majorHAnsi" w:hAnsiTheme="majorHAnsi" w:cstheme="majorHAnsi"/>
          <w:sz w:val="24"/>
          <w:szCs w:val="24"/>
          <w:lang w:val="it-IT"/>
        </w:rPr>
        <w:t>(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3355FF">
        <w:rPr>
          <w:rFonts w:asciiTheme="majorHAnsi" w:hAnsiTheme="majorHAnsi" w:cstheme="majorHAnsi"/>
          <w:i/>
          <w:sz w:val="24"/>
          <w:szCs w:val="24"/>
          <w:lang w:val="it-IT"/>
        </w:rPr>
        <w:t>solo</w:t>
      </w:r>
      <w:proofErr w:type="gramEnd"/>
      <w:r w:rsidRPr="003355FF">
        <w:rPr>
          <w:rFonts w:asciiTheme="majorHAnsi" w:hAnsiTheme="majorHAnsi" w:cstheme="majorHAnsi"/>
          <w:i/>
          <w:sz w:val="24"/>
          <w:szCs w:val="24"/>
          <w:lang w:val="it-IT"/>
        </w:rPr>
        <w:t xml:space="preserve"> per il personale ATA</w:t>
      </w:r>
      <w:r w:rsidR="003355FF">
        <w:rPr>
          <w:rFonts w:asciiTheme="majorHAnsi" w:hAnsiTheme="majorHAnsi" w:cstheme="majorHAnsi"/>
          <w:i/>
          <w:sz w:val="24"/>
          <w:szCs w:val="24"/>
          <w:lang w:val="it-IT"/>
        </w:rPr>
        <w:t>)</w:t>
      </w:r>
    </w:p>
    <w:p w14:paraId="1D650D01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48B09FF4" w14:textId="452385E0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ALLEGATI OBBLIGATORI: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1. Copia verbale ASL/INPS attestante la situazione di gravità (art. 3, c. 3, L. 104/1992</w:t>
      </w:r>
      <w:proofErr w:type="gramStart"/>
      <w:r w:rsidRPr="003355FF">
        <w:rPr>
          <w:rFonts w:asciiTheme="majorHAnsi" w:hAnsiTheme="majorHAnsi" w:cstheme="majorHAnsi"/>
          <w:sz w:val="24"/>
          <w:szCs w:val="24"/>
          <w:lang w:val="it-IT"/>
        </w:rPr>
        <w:t>).</w:t>
      </w:r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>-</w:t>
      </w:r>
      <w:proofErr w:type="gramEnd"/>
      <w:r w:rsidR="003355FF"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Il verbale deve contenere </w:t>
      </w:r>
      <w:r w:rsidR="003355FF">
        <w:rPr>
          <w:rFonts w:asciiTheme="majorHAnsi" w:hAnsiTheme="majorHAnsi" w:cstheme="majorHAnsi"/>
          <w:sz w:val="24"/>
          <w:szCs w:val="24"/>
          <w:lang w:val="it-IT"/>
        </w:rPr>
        <w:t xml:space="preserve">gli omissis nelle parti sensibili.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2. Copia del documento di riconoscimento in corso di validità del richiedente.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3. Altro: _________________________________________________________________________</w:t>
      </w:r>
    </w:p>
    <w:p w14:paraId="3AF51D25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686BF58C" w14:textId="77777777" w:rsidR="00583C11" w:rsidRPr="003355FF" w:rsidRDefault="00B50DA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INFORMATIVA PRIVACY (REG. UE 2016/679 - GDPR)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I dati personali acquisiti saranno trattati dall'I.I.S.S. "S. Pugliatti" di Taormina esclusivamente per le finalità istituzionali e di gestione del rapporto di lavoro in conformità alla normativa vigente.</w:t>
      </w:r>
    </w:p>
    <w:p w14:paraId="10B7E549" w14:textId="77777777" w:rsidR="00583C11" w:rsidRPr="003355FF" w:rsidRDefault="00583C11">
      <w:pPr>
        <w:rPr>
          <w:rFonts w:asciiTheme="majorHAnsi" w:hAnsiTheme="majorHAnsi" w:cstheme="majorHAnsi"/>
          <w:sz w:val="24"/>
          <w:szCs w:val="24"/>
          <w:lang w:val="it-IT"/>
        </w:rPr>
      </w:pPr>
    </w:p>
    <w:p w14:paraId="79E3EACC" w14:textId="77777777" w:rsidR="00583C11" w:rsidRPr="003355FF" w:rsidRDefault="00B50DAF">
      <w:pPr>
        <w:rPr>
          <w:rFonts w:asciiTheme="majorHAnsi" w:hAnsiTheme="majorHAnsi" w:cstheme="majorHAnsi"/>
          <w:sz w:val="24"/>
          <w:szCs w:val="24"/>
        </w:rPr>
      </w:pPr>
      <w:r w:rsidRPr="003355FF">
        <w:rPr>
          <w:rFonts w:asciiTheme="majorHAnsi" w:hAnsiTheme="majorHAnsi" w:cstheme="majorHAnsi"/>
          <w:sz w:val="24"/>
          <w:szCs w:val="24"/>
        </w:rPr>
        <w:t xml:space="preserve">Data: ____/____/________                                      </w:t>
      </w:r>
      <w:proofErr w:type="spellStart"/>
      <w:r w:rsidRPr="003355FF">
        <w:rPr>
          <w:rFonts w:asciiTheme="majorHAnsi" w:hAnsiTheme="majorHAnsi" w:cstheme="majorHAnsi"/>
          <w:sz w:val="24"/>
          <w:szCs w:val="24"/>
        </w:rPr>
        <w:t>Firma</w:t>
      </w:r>
      <w:proofErr w:type="spellEnd"/>
      <w:r w:rsidRPr="003355FF">
        <w:rPr>
          <w:rFonts w:asciiTheme="majorHAnsi" w:hAnsiTheme="majorHAnsi" w:cstheme="majorHAnsi"/>
          <w:sz w:val="24"/>
          <w:szCs w:val="24"/>
        </w:rPr>
        <w:t xml:space="preserve"> del </w:t>
      </w:r>
      <w:proofErr w:type="spellStart"/>
      <w:r w:rsidRPr="003355FF">
        <w:rPr>
          <w:rFonts w:asciiTheme="majorHAnsi" w:hAnsiTheme="majorHAnsi" w:cstheme="majorHAnsi"/>
          <w:sz w:val="24"/>
          <w:szCs w:val="24"/>
        </w:rPr>
        <w:t>dipendente</w:t>
      </w:r>
      <w:proofErr w:type="spellEnd"/>
      <w:r w:rsidRPr="003355FF">
        <w:rPr>
          <w:rFonts w:asciiTheme="majorHAnsi" w:hAnsiTheme="majorHAnsi" w:cstheme="majorHAnsi"/>
          <w:sz w:val="24"/>
          <w:szCs w:val="24"/>
        </w:rPr>
        <w:t>: ____________________________________</w:t>
      </w:r>
    </w:p>
    <w:p w14:paraId="70853A64" w14:textId="77777777" w:rsidR="003355FF" w:rsidRPr="003355FF" w:rsidRDefault="003355FF">
      <w:pPr>
        <w:rPr>
          <w:rFonts w:asciiTheme="majorHAnsi" w:hAnsiTheme="majorHAnsi" w:cstheme="majorHAnsi"/>
          <w:sz w:val="24"/>
          <w:szCs w:val="24"/>
        </w:rPr>
      </w:pPr>
    </w:p>
    <w:p w14:paraId="14825BC7" w14:textId="77777777" w:rsidR="003355FF" w:rsidRPr="003355FF" w:rsidRDefault="003355FF">
      <w:pPr>
        <w:rPr>
          <w:rFonts w:asciiTheme="majorHAnsi" w:hAnsiTheme="majorHAnsi" w:cstheme="majorHAnsi"/>
          <w:sz w:val="24"/>
          <w:szCs w:val="24"/>
        </w:rPr>
      </w:pPr>
    </w:p>
    <w:p w14:paraId="098F10F4" w14:textId="4B2F1ED8" w:rsidR="003355FF" w:rsidRPr="003355FF" w:rsidRDefault="003355F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RISERVATO ALL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’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t>AMMINISTRAZIONE</w:t>
      </w:r>
      <w:r w:rsidRPr="003355FF">
        <w:rPr>
          <w:rFonts w:asciiTheme="majorHAnsi" w:hAnsiTheme="majorHAnsi" w:cstheme="majorHAnsi"/>
          <w:b/>
          <w:sz w:val="24"/>
          <w:szCs w:val="24"/>
          <w:lang w:val="it-IT"/>
        </w:rPr>
        <w:br/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Si </w:t>
      </w:r>
      <w:proofErr w:type="gramStart"/>
      <w:r w:rsidRPr="003355FF">
        <w:rPr>
          <w:rFonts w:asciiTheme="majorHAnsi" w:hAnsiTheme="majorHAnsi" w:cstheme="majorHAnsi"/>
          <w:sz w:val="24"/>
          <w:szCs w:val="24"/>
          <w:lang w:val="it-IT"/>
        </w:rPr>
        <w:t>concede  [  ]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            Non si </w:t>
      </w:r>
      <w:proofErr w:type="gramStart"/>
      <w:r w:rsidRPr="003355FF">
        <w:rPr>
          <w:rFonts w:asciiTheme="majorHAnsi" w:hAnsiTheme="majorHAnsi" w:cstheme="majorHAnsi"/>
          <w:sz w:val="24"/>
          <w:szCs w:val="24"/>
          <w:lang w:val="it-IT"/>
        </w:rPr>
        <w:t>concede  [  ]</w:t>
      </w:r>
      <w:proofErr w:type="gramEnd"/>
      <w:r w:rsidRPr="003355FF">
        <w:rPr>
          <w:rFonts w:asciiTheme="majorHAnsi" w:hAnsiTheme="majorHAnsi" w:cstheme="majorHAnsi"/>
          <w:sz w:val="24"/>
          <w:szCs w:val="24"/>
          <w:lang w:val="it-IT"/>
        </w:rPr>
        <w:br/>
        <w:t>Motivo dell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’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>eventuale diniego</w:t>
      </w:r>
      <w:r>
        <w:rPr>
          <w:rFonts w:asciiTheme="majorHAnsi" w:hAnsiTheme="majorHAnsi" w:cstheme="majorHAnsi"/>
          <w:sz w:val="24"/>
          <w:szCs w:val="24"/>
          <w:lang w:val="it-IT"/>
        </w:rPr>
        <w:t>_____________________________________________</w:t>
      </w:r>
    </w:p>
    <w:p w14:paraId="37B386AD" w14:textId="7B4B11FD" w:rsidR="00583C11" w:rsidRPr="003355FF" w:rsidRDefault="003355FF" w:rsidP="003355FF">
      <w:pPr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sz w:val="24"/>
          <w:szCs w:val="24"/>
          <w:lang w:val="it-IT"/>
        </w:rPr>
        <w:t>IL DIRIGENTE SCOLASTICO</w:t>
      </w:r>
    </w:p>
    <w:p w14:paraId="4C830626" w14:textId="689F42D2" w:rsidR="00B50DAF" w:rsidRPr="003355FF" w:rsidRDefault="003355F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3355FF">
        <w:rPr>
          <w:rFonts w:asciiTheme="majorHAnsi" w:hAnsiTheme="majorHAnsi" w:cstheme="majorHAnsi"/>
          <w:sz w:val="24"/>
          <w:szCs w:val="24"/>
          <w:lang w:val="it-IT"/>
        </w:rPr>
        <w:t>Taormina</w:t>
      </w:r>
      <w:r>
        <w:rPr>
          <w:rFonts w:asciiTheme="majorHAnsi" w:hAnsiTheme="majorHAnsi" w:cstheme="majorHAnsi"/>
          <w:sz w:val="24"/>
          <w:szCs w:val="24"/>
          <w:lang w:val="it-IT"/>
        </w:rPr>
        <w:t xml:space="preserve">, </w:t>
      </w:r>
      <w:r w:rsidRPr="003355FF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</w:p>
    <w:sectPr w:rsidR="00B50DAF" w:rsidRPr="003355F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796EBC"/>
    <w:multiLevelType w:val="hybridMultilevel"/>
    <w:tmpl w:val="B8B0C8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981826">
    <w:abstractNumId w:val="8"/>
  </w:num>
  <w:num w:numId="2" w16cid:durableId="281768731">
    <w:abstractNumId w:val="6"/>
  </w:num>
  <w:num w:numId="3" w16cid:durableId="1518881525">
    <w:abstractNumId w:val="5"/>
  </w:num>
  <w:num w:numId="4" w16cid:durableId="1806267380">
    <w:abstractNumId w:val="4"/>
  </w:num>
  <w:num w:numId="5" w16cid:durableId="129371721">
    <w:abstractNumId w:val="7"/>
  </w:num>
  <w:num w:numId="6" w16cid:durableId="711000157">
    <w:abstractNumId w:val="3"/>
  </w:num>
  <w:num w:numId="7" w16cid:durableId="1001077971">
    <w:abstractNumId w:val="2"/>
  </w:num>
  <w:num w:numId="8" w16cid:durableId="111478355">
    <w:abstractNumId w:val="1"/>
  </w:num>
  <w:num w:numId="9" w16cid:durableId="1545171443">
    <w:abstractNumId w:val="0"/>
  </w:num>
  <w:num w:numId="10" w16cid:durableId="19763704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55FF"/>
    <w:rsid w:val="00583C11"/>
    <w:rsid w:val="00647BF5"/>
    <w:rsid w:val="00AA1D8D"/>
    <w:rsid w:val="00B47730"/>
    <w:rsid w:val="00B50DA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373CF"/>
  <w14:defaultImageDpi w14:val="300"/>
  <w15:docId w15:val="{CCB8C121-95A1-4CFA-AFD1-19E51F45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222222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 Magaraci</cp:lastModifiedBy>
  <cp:revision>2</cp:revision>
  <dcterms:created xsi:type="dcterms:W3CDTF">2026-09-02T10:29:00Z</dcterms:created>
  <dcterms:modified xsi:type="dcterms:W3CDTF">2026-09-02T10:29:00Z</dcterms:modified>
  <cp:category/>
</cp:coreProperties>
</file>